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36B1" w14:textId="50C788E2" w:rsidR="00371FC9" w:rsidRPr="002031E3" w:rsidRDefault="00812BEB">
      <w:pPr>
        <w:pStyle w:val="Heading1"/>
        <w:rPr>
          <w:rFonts w:ascii="Verdana" w:hAnsi="Verdana"/>
        </w:rPr>
      </w:pPr>
      <w:r w:rsidRPr="002031E3">
        <w:rPr>
          <w:rFonts w:ascii="Verdana" w:hAnsi="Verdana"/>
        </w:rPr>
        <w:t>Church Office Administrator</w:t>
      </w:r>
    </w:p>
    <w:p w14:paraId="71A216A3" w14:textId="77777777" w:rsidR="00371FC9" w:rsidRPr="002031E3" w:rsidRDefault="00812BEB">
      <w:pPr>
        <w:pStyle w:val="Heading2"/>
        <w:rPr>
          <w:rFonts w:ascii="Verdana" w:hAnsi="Verdana"/>
        </w:rPr>
      </w:pPr>
      <w:r w:rsidRPr="002031E3">
        <w:rPr>
          <w:rFonts w:ascii="Verdana" w:hAnsi="Verdana"/>
        </w:rPr>
        <w:t>Our Vision</w:t>
      </w:r>
    </w:p>
    <w:p w14:paraId="724B7275" w14:textId="77777777" w:rsidR="00371FC9" w:rsidRPr="002031E3" w:rsidRDefault="00812BEB">
      <w:pPr>
        <w:rPr>
          <w:rFonts w:ascii="Verdana" w:hAnsi="Verdana"/>
        </w:rPr>
      </w:pPr>
      <w:r w:rsidRPr="002031E3">
        <w:rPr>
          <w:rFonts w:ascii="Verdana" w:hAnsi="Verdana"/>
        </w:rPr>
        <w:t>We long to see our lives and our city transformed by the love of Jesus.</w:t>
      </w:r>
      <w:r w:rsidRPr="002031E3">
        <w:rPr>
          <w:rFonts w:ascii="Verdana" w:hAnsi="Verdana"/>
        </w:rPr>
        <w:br/>
      </w:r>
      <w:r w:rsidRPr="002031E3">
        <w:rPr>
          <w:rFonts w:ascii="Verdana" w:hAnsi="Verdana"/>
        </w:rPr>
        <w:br/>
        <w:t>St John's is a growing evangelical Anglican church in Colchester and part of the New Wine network of churches. We are a church of all ages with a passion to see people encounter Jesus, grow as disciples and play their part in God's mission. We believe everyone has a place to belong and everyone has a part to play.</w:t>
      </w:r>
    </w:p>
    <w:p w14:paraId="5372ED76" w14:textId="77777777" w:rsidR="00371FC9" w:rsidRPr="002031E3" w:rsidRDefault="00812BEB">
      <w:pPr>
        <w:pStyle w:val="Heading2"/>
        <w:rPr>
          <w:rFonts w:ascii="Verdana" w:hAnsi="Verdana"/>
        </w:rPr>
      </w:pPr>
      <w:r w:rsidRPr="002031E3">
        <w:rPr>
          <w:rFonts w:ascii="Verdana" w:hAnsi="Verdana"/>
        </w:rPr>
        <w:t>Our Values</w:t>
      </w:r>
    </w:p>
    <w:p w14:paraId="7B0CA48D" w14:textId="77777777" w:rsidR="00371FC9" w:rsidRPr="002031E3" w:rsidRDefault="00812BEB">
      <w:pPr>
        <w:pStyle w:val="ListBullet"/>
        <w:rPr>
          <w:rFonts w:ascii="Verdana" w:hAnsi="Verdana"/>
        </w:rPr>
      </w:pPr>
      <w:r w:rsidRPr="002031E3">
        <w:rPr>
          <w:rFonts w:ascii="Verdana" w:hAnsi="Verdana"/>
        </w:rPr>
        <w:t>Everyone is Welcome</w:t>
      </w:r>
    </w:p>
    <w:p w14:paraId="2F11A983" w14:textId="77777777" w:rsidR="00371FC9" w:rsidRPr="002031E3" w:rsidRDefault="00812BEB">
      <w:pPr>
        <w:pStyle w:val="ListBullet"/>
        <w:rPr>
          <w:rFonts w:ascii="Verdana" w:hAnsi="Verdana"/>
        </w:rPr>
      </w:pPr>
      <w:r w:rsidRPr="002031E3">
        <w:rPr>
          <w:rFonts w:ascii="Verdana" w:hAnsi="Verdana"/>
        </w:rPr>
        <w:t>Everyone Gets to Play</w:t>
      </w:r>
    </w:p>
    <w:p w14:paraId="53A0DCD5" w14:textId="77777777" w:rsidR="00371FC9" w:rsidRPr="002031E3" w:rsidRDefault="00812BEB">
      <w:pPr>
        <w:pStyle w:val="ListBullet"/>
        <w:rPr>
          <w:rFonts w:ascii="Verdana" w:hAnsi="Verdana"/>
        </w:rPr>
      </w:pPr>
      <w:r w:rsidRPr="002031E3">
        <w:rPr>
          <w:rFonts w:ascii="Verdana" w:hAnsi="Verdana"/>
        </w:rPr>
        <w:t>We Champion the Next Generation</w:t>
      </w:r>
    </w:p>
    <w:p w14:paraId="5D44B3D7" w14:textId="77777777" w:rsidR="00371FC9" w:rsidRPr="002031E3" w:rsidRDefault="00812BEB">
      <w:pPr>
        <w:pStyle w:val="ListBullet"/>
        <w:rPr>
          <w:rFonts w:ascii="Verdana" w:hAnsi="Verdana"/>
        </w:rPr>
      </w:pPr>
      <w:r w:rsidRPr="002031E3">
        <w:rPr>
          <w:rFonts w:ascii="Verdana" w:hAnsi="Verdana"/>
        </w:rPr>
        <w:t>Spirit-Empowered, Authentic, Courageous Disciples</w:t>
      </w:r>
    </w:p>
    <w:p w14:paraId="2FB41E7E" w14:textId="77777777" w:rsidR="00371FC9" w:rsidRPr="002031E3" w:rsidRDefault="00812BEB">
      <w:pPr>
        <w:pStyle w:val="ListBullet"/>
        <w:rPr>
          <w:rFonts w:ascii="Verdana" w:hAnsi="Verdana"/>
        </w:rPr>
      </w:pPr>
      <w:r w:rsidRPr="002031E3">
        <w:rPr>
          <w:rFonts w:ascii="Verdana" w:hAnsi="Verdana"/>
        </w:rPr>
        <w:t>We Exist for Those Beyond Our Doors</w:t>
      </w:r>
    </w:p>
    <w:p w14:paraId="2C028404" w14:textId="77777777" w:rsidR="00371FC9" w:rsidRPr="002031E3" w:rsidRDefault="00812BEB">
      <w:pPr>
        <w:rPr>
          <w:rFonts w:ascii="Verdana" w:hAnsi="Verdana"/>
        </w:rPr>
      </w:pPr>
      <w:r w:rsidRPr="002031E3">
        <w:rPr>
          <w:rFonts w:ascii="Verdana" w:hAnsi="Verdana"/>
        </w:rPr>
        <w:t>Every member of our staff team plays an important part in helping these values become a reality.</w:t>
      </w:r>
    </w:p>
    <w:p w14:paraId="778F68CA" w14:textId="77777777" w:rsidR="00371FC9" w:rsidRPr="002031E3" w:rsidRDefault="00812BEB">
      <w:pPr>
        <w:pStyle w:val="Heading2"/>
        <w:rPr>
          <w:rFonts w:ascii="Verdana" w:hAnsi="Verdana"/>
        </w:rPr>
      </w:pPr>
      <w:r w:rsidRPr="002031E3">
        <w:rPr>
          <w:rFonts w:ascii="Verdana" w:hAnsi="Verdana"/>
        </w:rPr>
        <w:t>Why this role matters</w:t>
      </w:r>
    </w:p>
    <w:p w14:paraId="5DADB0A1" w14:textId="77777777" w:rsidR="002031E3" w:rsidRPr="00C41E2A" w:rsidRDefault="002031E3" w:rsidP="002031E3">
      <w:pPr>
        <w:pStyle w:val="p1"/>
        <w:rPr>
          <w:rFonts w:ascii="Verdana" w:hAnsi="Verdana"/>
          <w:sz w:val="22"/>
          <w:szCs w:val="22"/>
        </w:rPr>
      </w:pPr>
      <w:r w:rsidRPr="00C41E2A">
        <w:rPr>
          <w:rFonts w:ascii="Verdana" w:hAnsi="Verdana"/>
          <w:sz w:val="22"/>
          <w:szCs w:val="22"/>
        </w:rPr>
        <w:t>At St John’s we believe that every person matters.</w:t>
      </w:r>
    </w:p>
    <w:p w14:paraId="6B5DFA5C" w14:textId="77777777" w:rsidR="002031E3" w:rsidRPr="00C41E2A" w:rsidRDefault="002031E3" w:rsidP="002031E3">
      <w:pPr>
        <w:pStyle w:val="p1"/>
        <w:rPr>
          <w:rFonts w:ascii="Verdana" w:hAnsi="Verdana"/>
          <w:sz w:val="22"/>
          <w:szCs w:val="22"/>
        </w:rPr>
      </w:pPr>
      <w:r w:rsidRPr="00C41E2A">
        <w:rPr>
          <w:rFonts w:ascii="Verdana" w:hAnsi="Verdana"/>
          <w:sz w:val="22"/>
          <w:szCs w:val="22"/>
        </w:rPr>
        <w:t>For many people, the Church Office Administrator will be one of the first people they meet or speak to. Whether someone is making an enquiry about a baptism, booking a room, arranging a funeral, looking for help or simply calling into church for the first time, the welcome they receive really matters.</w:t>
      </w:r>
    </w:p>
    <w:p w14:paraId="0F5A8E84" w14:textId="77777777" w:rsidR="002031E3" w:rsidRPr="00C41E2A" w:rsidRDefault="002031E3" w:rsidP="002031E3">
      <w:pPr>
        <w:pStyle w:val="p2"/>
        <w:rPr>
          <w:rFonts w:ascii="Verdana" w:hAnsi="Verdana"/>
          <w:sz w:val="22"/>
          <w:szCs w:val="22"/>
        </w:rPr>
      </w:pPr>
      <w:r w:rsidRPr="00C41E2A">
        <w:rPr>
          <w:rFonts w:ascii="Verdana" w:hAnsi="Verdana"/>
          <w:sz w:val="22"/>
          <w:szCs w:val="22"/>
        </w:rPr>
        <w:t>This role is about much more than administration. It is about helping people feel welcomed, listened to and cared for. It is about enabling the life of the church to run smoothly so that others can focus on ministry. Through countless small acts of service, organisation and hospitality, the Church Office Administrator plays an important part in helping St John’s fulfil its vision of seeing lives and our city transformed by the love of Jesus.</w:t>
      </w:r>
    </w:p>
    <w:p w14:paraId="6F6D2A99" w14:textId="77777777" w:rsidR="002031E3" w:rsidRPr="002031E3" w:rsidRDefault="002031E3" w:rsidP="002031E3">
      <w:pPr>
        <w:rPr>
          <w:rFonts w:ascii="Verdana" w:hAnsi="Verdana"/>
        </w:rPr>
      </w:pPr>
    </w:p>
    <w:p w14:paraId="32FF1328" w14:textId="77777777" w:rsidR="002031E3" w:rsidRPr="002031E3" w:rsidRDefault="002031E3" w:rsidP="002031E3">
      <w:pPr>
        <w:rPr>
          <w:rFonts w:ascii="Verdana" w:hAnsi="Verdana"/>
        </w:rPr>
      </w:pPr>
    </w:p>
    <w:p w14:paraId="3A244B93" w14:textId="77777777" w:rsidR="00371FC9" w:rsidRPr="002031E3" w:rsidRDefault="00812BEB">
      <w:pPr>
        <w:pStyle w:val="Heading2"/>
        <w:rPr>
          <w:rFonts w:ascii="Verdana" w:hAnsi="Verdana"/>
        </w:rPr>
      </w:pPr>
      <w:r w:rsidRPr="002031E3">
        <w:rPr>
          <w:rFonts w:ascii="Verdana" w:hAnsi="Verdana"/>
        </w:rPr>
        <w:lastRenderedPageBreak/>
        <w:t>Role Overview</w:t>
      </w:r>
    </w:p>
    <w:p w14:paraId="1D741C1F" w14:textId="77777777" w:rsidR="00371FC9" w:rsidRPr="002031E3" w:rsidRDefault="00812BEB">
      <w:pPr>
        <w:rPr>
          <w:rFonts w:ascii="Verdana" w:hAnsi="Verdana"/>
        </w:rPr>
      </w:pPr>
      <w:r w:rsidRPr="002031E3">
        <w:rPr>
          <w:rFonts w:ascii="Verdana" w:hAnsi="Verdana"/>
        </w:rPr>
        <w:t>The Church Office Administrator is the welcoming face of St John's during the week. Working closely with the Operations Manager and Vicar, you will provide excellent administrative support while creating a welcoming and well-organised environment.</w:t>
      </w:r>
    </w:p>
    <w:p w14:paraId="0A67A350" w14:textId="77777777" w:rsidR="00371FC9" w:rsidRPr="002031E3" w:rsidRDefault="00812BEB">
      <w:pPr>
        <w:pStyle w:val="Heading2"/>
        <w:rPr>
          <w:rFonts w:ascii="Verdana" w:hAnsi="Verdana"/>
        </w:rPr>
      </w:pPr>
      <w:r w:rsidRPr="002031E3">
        <w:rPr>
          <w:rFonts w:ascii="Verdana" w:hAnsi="Verdana"/>
        </w:rPr>
        <w:t>Purpose</w:t>
      </w:r>
    </w:p>
    <w:p w14:paraId="44F0E391" w14:textId="77777777" w:rsidR="00371FC9" w:rsidRPr="002031E3" w:rsidRDefault="00812BEB">
      <w:pPr>
        <w:pStyle w:val="ListBullet"/>
        <w:rPr>
          <w:rFonts w:ascii="Verdana" w:hAnsi="Verdana"/>
        </w:rPr>
      </w:pPr>
      <w:r w:rsidRPr="002031E3">
        <w:rPr>
          <w:rFonts w:ascii="Verdana" w:hAnsi="Verdana"/>
        </w:rPr>
        <w:t>Create a welcoming and hospitable church office.</w:t>
      </w:r>
    </w:p>
    <w:p w14:paraId="685711A8" w14:textId="77777777" w:rsidR="00371FC9" w:rsidRPr="002031E3" w:rsidRDefault="00812BEB">
      <w:pPr>
        <w:pStyle w:val="ListBullet"/>
        <w:rPr>
          <w:rFonts w:ascii="Verdana" w:hAnsi="Verdana"/>
        </w:rPr>
      </w:pPr>
      <w:r w:rsidRPr="002031E3">
        <w:rPr>
          <w:rFonts w:ascii="Verdana" w:hAnsi="Verdana"/>
        </w:rPr>
        <w:t>Respond promptly and professionally to enquiries.</w:t>
      </w:r>
    </w:p>
    <w:p w14:paraId="6F4D4E05" w14:textId="77777777" w:rsidR="00371FC9" w:rsidRPr="002031E3" w:rsidRDefault="00812BEB">
      <w:pPr>
        <w:pStyle w:val="ListBullet"/>
        <w:rPr>
          <w:rFonts w:ascii="Verdana" w:hAnsi="Verdana"/>
        </w:rPr>
      </w:pPr>
      <w:r w:rsidRPr="002031E3">
        <w:rPr>
          <w:rFonts w:ascii="Verdana" w:hAnsi="Verdana"/>
        </w:rPr>
        <w:t>Coordinate church bookings and maintain the church diary.</w:t>
      </w:r>
    </w:p>
    <w:p w14:paraId="03B6F68E" w14:textId="77777777" w:rsidR="00371FC9" w:rsidRPr="002031E3" w:rsidRDefault="00812BEB">
      <w:pPr>
        <w:pStyle w:val="ListBullet"/>
        <w:rPr>
          <w:rFonts w:ascii="Verdana" w:hAnsi="Verdana"/>
        </w:rPr>
      </w:pPr>
      <w:r w:rsidRPr="002031E3">
        <w:rPr>
          <w:rFonts w:ascii="Verdana" w:hAnsi="Verdana"/>
        </w:rPr>
        <w:t>Support the smooth running of church life through excellent administration.</w:t>
      </w:r>
    </w:p>
    <w:p w14:paraId="1D1D45E2" w14:textId="77777777" w:rsidR="00371FC9" w:rsidRPr="002031E3" w:rsidRDefault="00812BEB">
      <w:pPr>
        <w:pStyle w:val="Heading2"/>
        <w:rPr>
          <w:rFonts w:ascii="Verdana" w:hAnsi="Verdana"/>
        </w:rPr>
      </w:pPr>
      <w:r w:rsidRPr="002031E3">
        <w:rPr>
          <w:rFonts w:ascii="Verdana" w:hAnsi="Verdana"/>
        </w:rPr>
        <w:t>Responsible To</w:t>
      </w:r>
    </w:p>
    <w:p w14:paraId="070EAD98" w14:textId="77777777" w:rsidR="00371FC9" w:rsidRPr="002031E3" w:rsidRDefault="00812BEB">
      <w:pPr>
        <w:rPr>
          <w:rFonts w:ascii="Verdana" w:hAnsi="Verdana"/>
        </w:rPr>
      </w:pPr>
      <w:r w:rsidRPr="002031E3">
        <w:rPr>
          <w:rFonts w:ascii="Verdana" w:hAnsi="Verdana"/>
        </w:rPr>
        <w:t>Operations Manager</w:t>
      </w:r>
    </w:p>
    <w:p w14:paraId="5926666D" w14:textId="77777777" w:rsidR="00371FC9" w:rsidRPr="002031E3" w:rsidRDefault="00812BEB">
      <w:pPr>
        <w:pStyle w:val="Heading2"/>
        <w:rPr>
          <w:rFonts w:ascii="Verdana" w:hAnsi="Verdana"/>
        </w:rPr>
      </w:pPr>
      <w:r w:rsidRPr="002031E3">
        <w:rPr>
          <w:rFonts w:ascii="Verdana" w:hAnsi="Verdana"/>
        </w:rPr>
        <w:t>Core Responsibilities</w:t>
      </w:r>
    </w:p>
    <w:p w14:paraId="31344501" w14:textId="77777777" w:rsidR="00371FC9" w:rsidRPr="002031E3" w:rsidRDefault="00812BEB">
      <w:pPr>
        <w:pStyle w:val="Heading3"/>
        <w:rPr>
          <w:rFonts w:ascii="Verdana" w:hAnsi="Verdana"/>
        </w:rPr>
      </w:pPr>
      <w:r w:rsidRPr="002031E3">
        <w:rPr>
          <w:rFonts w:ascii="Verdana" w:hAnsi="Verdana"/>
        </w:rPr>
        <w:t>Christian Hospitality and Welcome</w:t>
      </w:r>
    </w:p>
    <w:p w14:paraId="3D48164C" w14:textId="77777777" w:rsidR="00371FC9" w:rsidRPr="002031E3" w:rsidRDefault="00812BEB">
      <w:pPr>
        <w:pStyle w:val="ListBullet"/>
        <w:rPr>
          <w:rFonts w:ascii="Verdana" w:hAnsi="Verdana"/>
        </w:rPr>
      </w:pPr>
      <w:r w:rsidRPr="002031E3">
        <w:rPr>
          <w:rFonts w:ascii="Verdana" w:hAnsi="Verdana"/>
        </w:rPr>
        <w:t>Welcome everyone who visits the church during office hours.</w:t>
      </w:r>
    </w:p>
    <w:p w14:paraId="118C40C5" w14:textId="77777777" w:rsidR="00371FC9" w:rsidRPr="002031E3" w:rsidRDefault="00812BEB">
      <w:pPr>
        <w:pStyle w:val="ListBullet"/>
        <w:rPr>
          <w:rFonts w:ascii="Verdana" w:hAnsi="Verdana"/>
        </w:rPr>
      </w:pPr>
      <w:r w:rsidRPr="002031E3">
        <w:rPr>
          <w:rFonts w:ascii="Verdana" w:hAnsi="Verdana"/>
        </w:rPr>
        <w:t>Answer telephones, emails and general enquiries.</w:t>
      </w:r>
    </w:p>
    <w:p w14:paraId="4C9D9344" w14:textId="77777777" w:rsidR="00371FC9" w:rsidRPr="002031E3" w:rsidRDefault="00812BEB">
      <w:pPr>
        <w:pStyle w:val="ListBullet"/>
        <w:rPr>
          <w:rFonts w:ascii="Verdana" w:hAnsi="Verdana"/>
        </w:rPr>
      </w:pPr>
      <w:r w:rsidRPr="002031E3">
        <w:rPr>
          <w:rFonts w:ascii="Verdana" w:hAnsi="Verdana"/>
        </w:rPr>
        <w:t>Receive visitors, contractors and deliveries.</w:t>
      </w:r>
    </w:p>
    <w:p w14:paraId="54277F67" w14:textId="77777777" w:rsidR="00371FC9" w:rsidRPr="002031E3" w:rsidRDefault="00812BEB">
      <w:pPr>
        <w:pStyle w:val="ListBullet"/>
        <w:rPr>
          <w:rFonts w:ascii="Verdana" w:hAnsi="Verdana"/>
        </w:rPr>
      </w:pPr>
      <w:r w:rsidRPr="002031E3">
        <w:rPr>
          <w:rFonts w:ascii="Verdana" w:hAnsi="Verdana"/>
        </w:rPr>
        <w:t>Receive and distribute incoming post.</w:t>
      </w:r>
    </w:p>
    <w:p w14:paraId="0A4F7B3F" w14:textId="77777777" w:rsidR="00371FC9" w:rsidRPr="002031E3" w:rsidRDefault="00812BEB">
      <w:pPr>
        <w:pStyle w:val="ListBullet"/>
        <w:rPr>
          <w:rFonts w:ascii="Verdana" w:hAnsi="Verdana"/>
        </w:rPr>
      </w:pPr>
      <w:r w:rsidRPr="002031E3">
        <w:rPr>
          <w:rFonts w:ascii="Verdana" w:hAnsi="Verdana"/>
        </w:rPr>
        <w:t>Help create a warm, friendly and professional atmosphere.</w:t>
      </w:r>
    </w:p>
    <w:p w14:paraId="2637D7C9" w14:textId="77777777" w:rsidR="00371FC9" w:rsidRPr="002031E3" w:rsidRDefault="00812BEB">
      <w:pPr>
        <w:pStyle w:val="Heading3"/>
        <w:rPr>
          <w:rFonts w:ascii="Verdana" w:hAnsi="Verdana"/>
        </w:rPr>
      </w:pPr>
      <w:r w:rsidRPr="002031E3">
        <w:rPr>
          <w:rFonts w:ascii="Verdana" w:hAnsi="Verdana"/>
        </w:rPr>
        <w:t>Managing Church Bookings</w:t>
      </w:r>
    </w:p>
    <w:p w14:paraId="475E00D4" w14:textId="77777777" w:rsidR="00371FC9" w:rsidRPr="002031E3" w:rsidRDefault="00812BEB">
      <w:pPr>
        <w:pStyle w:val="ListBullet"/>
        <w:rPr>
          <w:rFonts w:ascii="Verdana" w:hAnsi="Verdana"/>
        </w:rPr>
      </w:pPr>
      <w:r w:rsidRPr="002031E3">
        <w:rPr>
          <w:rFonts w:ascii="Verdana" w:hAnsi="Verdana"/>
        </w:rPr>
        <w:t>Handle bookings from initial enquiry through to invoicing.</w:t>
      </w:r>
    </w:p>
    <w:p w14:paraId="7C529170" w14:textId="77777777" w:rsidR="00371FC9" w:rsidRPr="002031E3" w:rsidRDefault="00812BEB">
      <w:pPr>
        <w:pStyle w:val="ListBullet"/>
        <w:rPr>
          <w:rFonts w:ascii="Verdana" w:hAnsi="Verdana"/>
        </w:rPr>
      </w:pPr>
      <w:r w:rsidRPr="002031E3">
        <w:rPr>
          <w:rFonts w:ascii="Verdana" w:hAnsi="Verdana"/>
        </w:rPr>
        <w:t>Liaise with hirers, caretaking and cleaning teams as appropriate.</w:t>
      </w:r>
    </w:p>
    <w:p w14:paraId="06A28062" w14:textId="77777777" w:rsidR="00371FC9" w:rsidRPr="002031E3" w:rsidRDefault="00812BEB">
      <w:pPr>
        <w:pStyle w:val="Heading3"/>
        <w:rPr>
          <w:rFonts w:ascii="Verdana" w:hAnsi="Verdana"/>
        </w:rPr>
      </w:pPr>
      <w:r w:rsidRPr="002031E3">
        <w:rPr>
          <w:rFonts w:ascii="Verdana" w:hAnsi="Verdana"/>
        </w:rPr>
        <w:t>Managing the Church Diary</w:t>
      </w:r>
    </w:p>
    <w:p w14:paraId="2323EB79" w14:textId="77777777" w:rsidR="00371FC9" w:rsidRPr="002031E3" w:rsidRDefault="00812BEB">
      <w:pPr>
        <w:pStyle w:val="ListBullet"/>
        <w:rPr>
          <w:rFonts w:ascii="Verdana" w:hAnsi="Verdana"/>
        </w:rPr>
      </w:pPr>
      <w:r w:rsidRPr="002031E3">
        <w:rPr>
          <w:rFonts w:ascii="Verdana" w:hAnsi="Verdana"/>
        </w:rPr>
        <w:t>Maintain the central church diary.</w:t>
      </w:r>
    </w:p>
    <w:p w14:paraId="340D3974" w14:textId="77777777" w:rsidR="00371FC9" w:rsidRPr="002031E3" w:rsidRDefault="00812BEB">
      <w:pPr>
        <w:pStyle w:val="ListBullet"/>
        <w:rPr>
          <w:rFonts w:ascii="Verdana" w:hAnsi="Verdana"/>
        </w:rPr>
      </w:pPr>
      <w:r w:rsidRPr="002031E3">
        <w:rPr>
          <w:rFonts w:ascii="Verdana" w:hAnsi="Verdana"/>
        </w:rPr>
        <w:t>Coordinate room bookings and minimise diary clashes.</w:t>
      </w:r>
    </w:p>
    <w:p w14:paraId="7A61EF54" w14:textId="77777777" w:rsidR="00371FC9" w:rsidRPr="002031E3" w:rsidRDefault="00812BEB">
      <w:pPr>
        <w:pStyle w:val="Heading3"/>
        <w:rPr>
          <w:rFonts w:ascii="Verdana" w:hAnsi="Verdana"/>
        </w:rPr>
      </w:pPr>
      <w:r w:rsidRPr="002031E3">
        <w:rPr>
          <w:rFonts w:ascii="Verdana" w:hAnsi="Verdana"/>
        </w:rPr>
        <w:t>Occasional Offices</w:t>
      </w:r>
    </w:p>
    <w:p w14:paraId="1A2761B4" w14:textId="77777777" w:rsidR="00371FC9" w:rsidRPr="002031E3" w:rsidRDefault="00812BEB">
      <w:pPr>
        <w:pStyle w:val="ListBullet"/>
        <w:rPr>
          <w:rFonts w:ascii="Verdana" w:hAnsi="Verdana"/>
        </w:rPr>
      </w:pPr>
      <w:r w:rsidRPr="002031E3">
        <w:rPr>
          <w:rFonts w:ascii="Verdana" w:hAnsi="Verdana"/>
        </w:rPr>
        <w:t>Handle initial enquiries regarding baptisms, weddings and funerals.</w:t>
      </w:r>
    </w:p>
    <w:p w14:paraId="73DBF75A" w14:textId="77777777" w:rsidR="00371FC9" w:rsidRPr="002031E3" w:rsidRDefault="00812BEB">
      <w:pPr>
        <w:pStyle w:val="ListBullet"/>
        <w:rPr>
          <w:rFonts w:ascii="Verdana" w:hAnsi="Verdana"/>
        </w:rPr>
      </w:pPr>
      <w:r w:rsidRPr="002031E3">
        <w:rPr>
          <w:rFonts w:ascii="Verdana" w:hAnsi="Verdana"/>
        </w:rPr>
        <w:t>Coordinate with clergy, vergers, musicians and volunteers as appropriate.</w:t>
      </w:r>
    </w:p>
    <w:p w14:paraId="58AD240A" w14:textId="77777777" w:rsidR="00371FC9" w:rsidRPr="002031E3" w:rsidRDefault="00812BEB">
      <w:pPr>
        <w:pStyle w:val="ListBullet"/>
        <w:rPr>
          <w:rFonts w:ascii="Verdana" w:hAnsi="Verdana"/>
        </w:rPr>
      </w:pPr>
      <w:r w:rsidRPr="002031E3">
        <w:rPr>
          <w:rFonts w:ascii="Verdana" w:hAnsi="Verdana"/>
        </w:rPr>
        <w:t>Maintain records and prepare invoices where required.</w:t>
      </w:r>
    </w:p>
    <w:p w14:paraId="054C8680" w14:textId="77777777" w:rsidR="00371FC9" w:rsidRPr="002031E3" w:rsidRDefault="00812BEB">
      <w:pPr>
        <w:pStyle w:val="Heading3"/>
        <w:rPr>
          <w:rFonts w:ascii="Verdana" w:hAnsi="Verdana"/>
        </w:rPr>
      </w:pPr>
      <w:r w:rsidRPr="002031E3">
        <w:rPr>
          <w:rFonts w:ascii="Verdana" w:hAnsi="Verdana"/>
        </w:rPr>
        <w:t>Office Administration</w:t>
      </w:r>
    </w:p>
    <w:p w14:paraId="63D0A16F" w14:textId="77777777" w:rsidR="00371FC9" w:rsidRPr="002031E3" w:rsidRDefault="00812BEB">
      <w:pPr>
        <w:pStyle w:val="ListBullet"/>
        <w:rPr>
          <w:rFonts w:ascii="Verdana" w:hAnsi="Verdana"/>
        </w:rPr>
      </w:pPr>
      <w:r w:rsidRPr="002031E3">
        <w:rPr>
          <w:rFonts w:ascii="Verdana" w:hAnsi="Verdana"/>
        </w:rPr>
        <w:t>Order office stationery and church supplies.</w:t>
      </w:r>
    </w:p>
    <w:p w14:paraId="55CDFD5C" w14:textId="77777777" w:rsidR="00371FC9" w:rsidRPr="002031E3" w:rsidRDefault="00812BEB">
      <w:pPr>
        <w:pStyle w:val="ListBullet"/>
        <w:rPr>
          <w:rFonts w:ascii="Verdana" w:hAnsi="Verdana"/>
        </w:rPr>
      </w:pPr>
      <w:r w:rsidRPr="002031E3">
        <w:rPr>
          <w:rFonts w:ascii="Verdana" w:hAnsi="Verdana"/>
        </w:rPr>
        <w:t>Maintain office systems and filing.</w:t>
      </w:r>
    </w:p>
    <w:p w14:paraId="5A7D8AB0" w14:textId="77777777" w:rsidR="00371FC9" w:rsidRPr="002031E3" w:rsidRDefault="00812BEB">
      <w:pPr>
        <w:pStyle w:val="ListBullet"/>
        <w:rPr>
          <w:rFonts w:ascii="Verdana" w:hAnsi="Verdana"/>
        </w:rPr>
      </w:pPr>
      <w:r w:rsidRPr="002031E3">
        <w:rPr>
          <w:rFonts w:ascii="Verdana" w:hAnsi="Verdana"/>
        </w:rPr>
        <w:t>Update ChurchSuite records.</w:t>
      </w:r>
    </w:p>
    <w:p w14:paraId="1D3E5ABB" w14:textId="77777777" w:rsidR="00371FC9" w:rsidRPr="002031E3" w:rsidRDefault="00812BEB">
      <w:pPr>
        <w:pStyle w:val="ListBullet"/>
        <w:rPr>
          <w:rFonts w:ascii="Verdana" w:hAnsi="Verdana"/>
        </w:rPr>
      </w:pPr>
      <w:r w:rsidRPr="002031E3">
        <w:rPr>
          <w:rFonts w:ascii="Verdana" w:hAnsi="Verdana"/>
        </w:rPr>
        <w:t>Produce letters, documents and routine correspondence.</w:t>
      </w:r>
    </w:p>
    <w:p w14:paraId="7C2B74C6" w14:textId="77777777" w:rsidR="00371FC9" w:rsidRPr="002031E3" w:rsidRDefault="00812BEB">
      <w:pPr>
        <w:pStyle w:val="ListBullet"/>
        <w:rPr>
          <w:rFonts w:ascii="Verdana" w:hAnsi="Verdana"/>
        </w:rPr>
      </w:pPr>
      <w:r w:rsidRPr="002031E3">
        <w:rPr>
          <w:rFonts w:ascii="Verdana" w:hAnsi="Verdana"/>
        </w:rPr>
        <w:t>Support the staff team with general administration.</w:t>
      </w:r>
    </w:p>
    <w:p w14:paraId="2A2BBCA7" w14:textId="77777777" w:rsidR="00371FC9" w:rsidRPr="002031E3" w:rsidRDefault="00812BEB">
      <w:pPr>
        <w:pStyle w:val="Heading3"/>
        <w:rPr>
          <w:rFonts w:ascii="Verdana" w:hAnsi="Verdana"/>
        </w:rPr>
      </w:pPr>
      <w:r w:rsidRPr="002031E3">
        <w:rPr>
          <w:rFonts w:ascii="Verdana" w:hAnsi="Verdana"/>
        </w:rPr>
        <w:lastRenderedPageBreak/>
        <w:t>Working with Volunteers</w:t>
      </w:r>
    </w:p>
    <w:p w14:paraId="6AF11BB9" w14:textId="77777777" w:rsidR="00371FC9" w:rsidRPr="002031E3" w:rsidRDefault="00812BEB">
      <w:pPr>
        <w:pStyle w:val="ListBullet"/>
        <w:rPr>
          <w:rFonts w:ascii="Verdana" w:hAnsi="Verdana"/>
        </w:rPr>
      </w:pPr>
      <w:r w:rsidRPr="002031E3">
        <w:rPr>
          <w:rFonts w:ascii="Verdana" w:hAnsi="Verdana"/>
        </w:rPr>
        <w:t>Work alongside and support volunteers, helping them serve effectively.</w:t>
      </w:r>
    </w:p>
    <w:p w14:paraId="3EC165DE" w14:textId="77777777" w:rsidR="00371FC9" w:rsidRPr="002031E3" w:rsidRDefault="00812BEB">
      <w:pPr>
        <w:pStyle w:val="Heading2"/>
        <w:rPr>
          <w:rFonts w:ascii="Verdana" w:hAnsi="Verdana"/>
        </w:rPr>
      </w:pPr>
      <w:r w:rsidRPr="002031E3">
        <w:rPr>
          <w:rFonts w:ascii="Verdana" w:hAnsi="Verdana"/>
        </w:rPr>
        <w:t>General Expectations</w:t>
      </w:r>
    </w:p>
    <w:p w14:paraId="1C6DD170" w14:textId="77777777" w:rsidR="00371FC9" w:rsidRPr="002031E3" w:rsidRDefault="00812BEB">
      <w:pPr>
        <w:pStyle w:val="ListBullet"/>
        <w:rPr>
          <w:rFonts w:ascii="Verdana" w:hAnsi="Verdana"/>
        </w:rPr>
      </w:pPr>
      <w:r w:rsidRPr="002031E3">
        <w:rPr>
          <w:rFonts w:ascii="Verdana" w:hAnsi="Verdana"/>
        </w:rPr>
        <w:t>Attend meetings relevant to the role as agreed with your line manager.</w:t>
      </w:r>
    </w:p>
    <w:p w14:paraId="3C087CB8" w14:textId="77777777" w:rsidR="00371FC9" w:rsidRPr="002031E3" w:rsidRDefault="00812BEB">
      <w:pPr>
        <w:pStyle w:val="ListBullet"/>
        <w:rPr>
          <w:rFonts w:ascii="Verdana" w:hAnsi="Verdana"/>
        </w:rPr>
      </w:pPr>
      <w:r w:rsidRPr="002031E3">
        <w:rPr>
          <w:rFonts w:ascii="Verdana" w:hAnsi="Verdana"/>
        </w:rPr>
        <w:t>Maintain confidentiality and professionalism.</w:t>
      </w:r>
    </w:p>
    <w:p w14:paraId="2CA5802D" w14:textId="77777777" w:rsidR="00371FC9" w:rsidRPr="002031E3" w:rsidRDefault="00812BEB">
      <w:pPr>
        <w:pStyle w:val="ListBullet"/>
        <w:rPr>
          <w:rFonts w:ascii="Verdana" w:hAnsi="Verdana"/>
        </w:rPr>
      </w:pPr>
      <w:r w:rsidRPr="002031E3">
        <w:rPr>
          <w:rFonts w:ascii="Verdana" w:hAnsi="Verdana"/>
        </w:rPr>
        <w:t>Work collaboratively with staff and volunteers.</w:t>
      </w:r>
    </w:p>
    <w:p w14:paraId="64331650" w14:textId="77777777" w:rsidR="00371FC9" w:rsidRPr="002031E3" w:rsidRDefault="00812BEB">
      <w:pPr>
        <w:pStyle w:val="ListBullet"/>
        <w:rPr>
          <w:rFonts w:ascii="Verdana" w:hAnsi="Verdana"/>
        </w:rPr>
      </w:pPr>
      <w:r w:rsidRPr="002031E3">
        <w:rPr>
          <w:rFonts w:ascii="Verdana" w:hAnsi="Verdana"/>
        </w:rPr>
        <w:t>Support the vision and values of St John's Church.</w:t>
      </w:r>
    </w:p>
    <w:p w14:paraId="16EBDE58" w14:textId="77777777" w:rsidR="00371FC9" w:rsidRPr="002031E3" w:rsidRDefault="00812BEB">
      <w:pPr>
        <w:pStyle w:val="ListBullet"/>
        <w:rPr>
          <w:rFonts w:ascii="Verdana" w:hAnsi="Verdana"/>
        </w:rPr>
      </w:pPr>
      <w:r w:rsidRPr="002031E3">
        <w:rPr>
          <w:rFonts w:ascii="Verdana" w:hAnsi="Verdana"/>
        </w:rPr>
        <w:t>Undertake other reasonable duties appropriate to the role.</w:t>
      </w:r>
    </w:p>
    <w:p w14:paraId="71BDA34B" w14:textId="77777777" w:rsidR="00371FC9" w:rsidRPr="002031E3" w:rsidRDefault="00812BEB">
      <w:pPr>
        <w:pStyle w:val="Heading2"/>
        <w:rPr>
          <w:rFonts w:ascii="Verdana" w:hAnsi="Verdana"/>
        </w:rPr>
      </w:pPr>
      <w:r w:rsidRPr="002031E3">
        <w:rPr>
          <w:rFonts w:ascii="Verdana" w:hAnsi="Verdana"/>
        </w:rPr>
        <w:t>Professional Development</w:t>
      </w:r>
    </w:p>
    <w:p w14:paraId="132E5F79" w14:textId="77777777" w:rsidR="00371FC9" w:rsidRPr="002031E3" w:rsidRDefault="00812BEB">
      <w:pPr>
        <w:rPr>
          <w:rFonts w:ascii="Verdana" w:hAnsi="Verdana"/>
        </w:rPr>
      </w:pPr>
      <w:r w:rsidRPr="002031E3">
        <w:rPr>
          <w:rFonts w:ascii="Verdana" w:hAnsi="Verdana"/>
        </w:rPr>
        <w:t>St John's will support appropriate training and development, including opportunities to attend New Wine Leaders' Days and other relevant conferences where appropriate.</w:t>
      </w:r>
    </w:p>
    <w:p w14:paraId="751155BC" w14:textId="77777777" w:rsidR="00371FC9" w:rsidRPr="002031E3" w:rsidRDefault="00812BEB">
      <w:pPr>
        <w:pStyle w:val="Heading2"/>
        <w:rPr>
          <w:rFonts w:ascii="Verdana" w:hAnsi="Verdana"/>
        </w:rPr>
      </w:pPr>
      <w:r w:rsidRPr="002031E3">
        <w:rPr>
          <w:rFonts w:ascii="Verdana" w:hAnsi="Verdana"/>
        </w:rPr>
        <w:t>Hours</w:t>
      </w:r>
    </w:p>
    <w:p w14:paraId="3512F0A7" w14:textId="111F95BA" w:rsidR="00371FC9" w:rsidRDefault="00812BEB">
      <w:pPr>
        <w:pStyle w:val="ListBullet"/>
        <w:rPr>
          <w:rFonts w:ascii="Verdana" w:hAnsi="Verdana"/>
        </w:rPr>
      </w:pPr>
      <w:r w:rsidRPr="002031E3">
        <w:rPr>
          <w:rFonts w:ascii="Verdana" w:hAnsi="Verdana"/>
        </w:rPr>
        <w:t>20 hours per week.</w:t>
      </w:r>
    </w:p>
    <w:p w14:paraId="6DAA13AC" w14:textId="651254BC" w:rsidR="00C55088" w:rsidRPr="002031E3" w:rsidRDefault="00C55088">
      <w:pPr>
        <w:pStyle w:val="ListBullet"/>
        <w:rPr>
          <w:rFonts w:ascii="Verdana" w:hAnsi="Verdana"/>
        </w:rPr>
      </w:pPr>
      <w:r>
        <w:rPr>
          <w:rFonts w:ascii="Verdana" w:hAnsi="Verdana"/>
        </w:rPr>
        <w:t xml:space="preserve">Based at St. John’s Colchester church office </w:t>
      </w:r>
    </w:p>
    <w:p w14:paraId="32A70AF7" w14:textId="3E8EE3E0" w:rsidR="00371FC9" w:rsidRPr="002031E3" w:rsidRDefault="00812BEB">
      <w:pPr>
        <w:pStyle w:val="ListBullet"/>
        <w:rPr>
          <w:rFonts w:ascii="Verdana" w:hAnsi="Verdana"/>
        </w:rPr>
      </w:pPr>
      <w:r w:rsidRPr="002031E3">
        <w:rPr>
          <w:rFonts w:ascii="Verdana" w:hAnsi="Verdana"/>
        </w:rPr>
        <w:t>Normally 10.00am–2.00pm, Monday to Friday.</w:t>
      </w:r>
      <w:r w:rsidR="00C55088">
        <w:rPr>
          <w:rFonts w:ascii="Verdana" w:hAnsi="Verdana"/>
        </w:rPr>
        <w:t xml:space="preserve"> </w:t>
      </w:r>
      <w:r w:rsidR="002031E3">
        <w:rPr>
          <w:rFonts w:ascii="Verdana" w:hAnsi="Verdana"/>
        </w:rPr>
        <w:t xml:space="preserve">(some flexibility) </w:t>
      </w:r>
    </w:p>
    <w:p w14:paraId="4D5C6678" w14:textId="77777777" w:rsidR="00371FC9" w:rsidRPr="002031E3" w:rsidRDefault="00812BEB">
      <w:pPr>
        <w:pStyle w:val="ListBullet"/>
        <w:rPr>
          <w:rFonts w:ascii="Verdana" w:hAnsi="Verdana"/>
        </w:rPr>
      </w:pPr>
      <w:r w:rsidRPr="002031E3">
        <w:rPr>
          <w:rFonts w:ascii="Verdana" w:hAnsi="Verdana"/>
        </w:rPr>
        <w:t>Flexible working possible, including term-time only by agreement.</w:t>
      </w:r>
    </w:p>
    <w:p w14:paraId="6CD3E108" w14:textId="1F7BDDC7" w:rsidR="00371FC9" w:rsidRPr="002031E3" w:rsidRDefault="00812BEB">
      <w:pPr>
        <w:pStyle w:val="Heading2"/>
        <w:rPr>
          <w:rFonts w:ascii="Verdana" w:hAnsi="Verdana"/>
        </w:rPr>
      </w:pPr>
      <w:r w:rsidRPr="002031E3">
        <w:rPr>
          <w:rFonts w:ascii="Verdana" w:hAnsi="Verdana"/>
        </w:rPr>
        <w:t xml:space="preserve">Salary </w:t>
      </w:r>
    </w:p>
    <w:p w14:paraId="176CEF23" w14:textId="11DB1D52" w:rsidR="00371FC9" w:rsidRPr="002031E3" w:rsidRDefault="00B220D2">
      <w:pPr>
        <w:rPr>
          <w:rFonts w:ascii="Verdana" w:hAnsi="Verdana"/>
        </w:rPr>
      </w:pPr>
      <w:r>
        <w:rPr>
          <w:rFonts w:ascii="Verdana" w:hAnsi="Verdana"/>
        </w:rPr>
        <w:t>£</w:t>
      </w:r>
      <w:r w:rsidRPr="002031E3">
        <w:rPr>
          <w:rFonts w:ascii="Verdana" w:hAnsi="Verdana"/>
        </w:rPr>
        <w:t>13.45 per hour</w:t>
      </w:r>
      <w:r w:rsidR="002031E3">
        <w:rPr>
          <w:rFonts w:ascii="Verdana" w:hAnsi="Verdana"/>
        </w:rPr>
        <w:t xml:space="preserve"> with an annual review as part of the church’s staff salary review process </w:t>
      </w:r>
      <w:r w:rsidRPr="002031E3">
        <w:rPr>
          <w:rFonts w:ascii="Verdana" w:hAnsi="Verdana"/>
        </w:rPr>
        <w:br/>
      </w:r>
    </w:p>
    <w:p w14:paraId="491ED586" w14:textId="77777777" w:rsidR="00371FC9" w:rsidRPr="002031E3" w:rsidRDefault="00812BEB">
      <w:pPr>
        <w:pStyle w:val="Heading2"/>
        <w:rPr>
          <w:rFonts w:ascii="Verdana" w:hAnsi="Verdana"/>
        </w:rPr>
      </w:pPr>
      <w:r w:rsidRPr="002031E3">
        <w:rPr>
          <w:rFonts w:ascii="Verdana" w:hAnsi="Verdana"/>
        </w:rPr>
        <w:t>Person Specification</w:t>
      </w:r>
    </w:p>
    <w:p w14:paraId="3EF25E48" w14:textId="77777777" w:rsidR="00371FC9" w:rsidRPr="002031E3" w:rsidRDefault="00812BEB">
      <w:pPr>
        <w:pStyle w:val="Heading3"/>
        <w:rPr>
          <w:rFonts w:ascii="Verdana" w:hAnsi="Verdana"/>
        </w:rPr>
      </w:pPr>
      <w:r w:rsidRPr="002031E3">
        <w:rPr>
          <w:rFonts w:ascii="Verdana" w:hAnsi="Verdana"/>
        </w:rPr>
        <w:t>Essential</w:t>
      </w:r>
    </w:p>
    <w:p w14:paraId="7317B982" w14:textId="77777777" w:rsidR="00371FC9" w:rsidRPr="002031E3" w:rsidRDefault="00812BEB">
      <w:pPr>
        <w:pStyle w:val="ListBullet"/>
        <w:rPr>
          <w:rFonts w:ascii="Verdana" w:hAnsi="Verdana"/>
        </w:rPr>
      </w:pPr>
      <w:r w:rsidRPr="002031E3">
        <w:rPr>
          <w:rFonts w:ascii="Verdana" w:hAnsi="Verdana"/>
        </w:rPr>
        <w:t>Committed Christian able to support the vision and ministry of St John's.</w:t>
      </w:r>
    </w:p>
    <w:p w14:paraId="7034A9C2" w14:textId="77777777" w:rsidR="00371FC9" w:rsidRPr="002031E3" w:rsidRDefault="00812BEB">
      <w:pPr>
        <w:pStyle w:val="ListBullet"/>
        <w:rPr>
          <w:rFonts w:ascii="Verdana" w:hAnsi="Verdana"/>
        </w:rPr>
      </w:pPr>
      <w:r w:rsidRPr="002031E3">
        <w:rPr>
          <w:rFonts w:ascii="Verdana" w:hAnsi="Verdana"/>
        </w:rPr>
        <w:t>Warm, welcoming and approachable.</w:t>
      </w:r>
    </w:p>
    <w:p w14:paraId="2F616925" w14:textId="77777777" w:rsidR="00371FC9" w:rsidRPr="002031E3" w:rsidRDefault="00812BEB">
      <w:pPr>
        <w:pStyle w:val="ListBullet"/>
        <w:rPr>
          <w:rFonts w:ascii="Verdana" w:hAnsi="Verdana"/>
        </w:rPr>
      </w:pPr>
      <w:r w:rsidRPr="002031E3">
        <w:rPr>
          <w:rFonts w:ascii="Verdana" w:hAnsi="Verdana"/>
        </w:rPr>
        <w:t>Excellent organisational and communication skills.</w:t>
      </w:r>
    </w:p>
    <w:p w14:paraId="470B790C" w14:textId="77777777" w:rsidR="00371FC9" w:rsidRPr="002031E3" w:rsidRDefault="00812BEB">
      <w:pPr>
        <w:pStyle w:val="ListBullet"/>
        <w:rPr>
          <w:rFonts w:ascii="Verdana" w:hAnsi="Verdana"/>
        </w:rPr>
      </w:pPr>
      <w:r w:rsidRPr="002031E3">
        <w:rPr>
          <w:rFonts w:ascii="Verdana" w:hAnsi="Verdana"/>
        </w:rPr>
        <w:t>Good IT skills and willingness to learn ChurchSuite.</w:t>
      </w:r>
    </w:p>
    <w:p w14:paraId="1E2F9B93" w14:textId="77777777" w:rsidR="00371FC9" w:rsidRPr="002031E3" w:rsidRDefault="00812BEB">
      <w:pPr>
        <w:pStyle w:val="ListBullet"/>
        <w:rPr>
          <w:rFonts w:ascii="Verdana" w:hAnsi="Verdana"/>
        </w:rPr>
      </w:pPr>
      <w:r w:rsidRPr="002031E3">
        <w:rPr>
          <w:rFonts w:ascii="Verdana" w:hAnsi="Verdana"/>
        </w:rPr>
        <w:t>High attention to detail.</w:t>
      </w:r>
    </w:p>
    <w:p w14:paraId="2370248E" w14:textId="77777777" w:rsidR="00371FC9" w:rsidRPr="002031E3" w:rsidRDefault="00812BEB">
      <w:pPr>
        <w:pStyle w:val="ListBullet"/>
        <w:rPr>
          <w:rFonts w:ascii="Verdana" w:hAnsi="Verdana"/>
        </w:rPr>
      </w:pPr>
      <w:r w:rsidRPr="002031E3">
        <w:rPr>
          <w:rFonts w:ascii="Verdana" w:hAnsi="Verdana"/>
        </w:rPr>
        <w:t>Able to work independently and as part of a team.</w:t>
      </w:r>
    </w:p>
    <w:p w14:paraId="2037205F" w14:textId="77777777" w:rsidR="00371FC9" w:rsidRPr="002031E3" w:rsidRDefault="00812BEB">
      <w:pPr>
        <w:pStyle w:val="Heading3"/>
        <w:rPr>
          <w:rFonts w:ascii="Verdana" w:hAnsi="Verdana"/>
        </w:rPr>
      </w:pPr>
      <w:r w:rsidRPr="002031E3">
        <w:rPr>
          <w:rFonts w:ascii="Verdana" w:hAnsi="Verdana"/>
        </w:rPr>
        <w:t>Desirable</w:t>
      </w:r>
    </w:p>
    <w:p w14:paraId="7DE1AC9B" w14:textId="77777777" w:rsidR="00371FC9" w:rsidRPr="002031E3" w:rsidRDefault="00812BEB">
      <w:pPr>
        <w:pStyle w:val="ListBullet"/>
        <w:rPr>
          <w:rFonts w:ascii="Verdana" w:hAnsi="Verdana"/>
        </w:rPr>
      </w:pPr>
      <w:r w:rsidRPr="002031E3">
        <w:rPr>
          <w:rFonts w:ascii="Verdana" w:hAnsi="Verdana"/>
        </w:rPr>
        <w:t>Previous administration or customer service experience.</w:t>
      </w:r>
    </w:p>
    <w:p w14:paraId="55A7BD2E" w14:textId="77777777" w:rsidR="00371FC9" w:rsidRPr="002031E3" w:rsidRDefault="00812BEB">
      <w:pPr>
        <w:pStyle w:val="ListBullet"/>
        <w:rPr>
          <w:rFonts w:ascii="Verdana" w:hAnsi="Verdana"/>
        </w:rPr>
      </w:pPr>
      <w:r w:rsidRPr="002031E3">
        <w:rPr>
          <w:rFonts w:ascii="Verdana" w:hAnsi="Verdana"/>
        </w:rPr>
        <w:t>Experience of ChurchSuite or similar systems.</w:t>
      </w:r>
    </w:p>
    <w:p w14:paraId="1F1165C1" w14:textId="77777777" w:rsidR="00371FC9" w:rsidRPr="002031E3" w:rsidRDefault="00812BEB">
      <w:pPr>
        <w:pStyle w:val="ListBullet"/>
        <w:rPr>
          <w:rFonts w:ascii="Verdana" w:hAnsi="Verdana"/>
        </w:rPr>
      </w:pPr>
      <w:r w:rsidRPr="002031E3">
        <w:rPr>
          <w:rFonts w:ascii="Verdana" w:hAnsi="Verdana"/>
        </w:rPr>
        <w:t>Experience in a church, charity or voluntary organisation.</w:t>
      </w:r>
    </w:p>
    <w:p w14:paraId="797960FF" w14:textId="77777777" w:rsidR="00371FC9" w:rsidRPr="002031E3" w:rsidRDefault="00812BEB">
      <w:pPr>
        <w:pStyle w:val="ListBullet"/>
        <w:rPr>
          <w:rFonts w:ascii="Verdana" w:hAnsi="Verdana"/>
        </w:rPr>
      </w:pPr>
      <w:r w:rsidRPr="002031E3">
        <w:rPr>
          <w:rFonts w:ascii="Verdana" w:hAnsi="Verdana"/>
        </w:rPr>
        <w:t>Understanding of baptisms, weddings and funerals in the Church of England.</w:t>
      </w:r>
    </w:p>
    <w:p w14:paraId="0DD7B5BE" w14:textId="77777777" w:rsidR="002031E3" w:rsidRDefault="002031E3" w:rsidP="00C55088">
      <w:pPr>
        <w:pStyle w:val="ListBullet"/>
        <w:numPr>
          <w:ilvl w:val="0"/>
          <w:numId w:val="0"/>
        </w:numPr>
        <w:ind w:left="360"/>
        <w:rPr>
          <w:rFonts w:ascii="Verdana" w:hAnsi="Verdana"/>
        </w:rPr>
      </w:pPr>
    </w:p>
    <w:p w14:paraId="5DD9AF72" w14:textId="674F363E" w:rsidR="004C113F" w:rsidRPr="002031E3" w:rsidRDefault="004C113F" w:rsidP="004C113F">
      <w:pPr>
        <w:pStyle w:val="Heading2"/>
        <w:rPr>
          <w:rFonts w:ascii="Verdana" w:hAnsi="Verdana"/>
        </w:rPr>
      </w:pPr>
      <w:r>
        <w:rPr>
          <w:rFonts w:ascii="Verdana" w:hAnsi="Verdana"/>
        </w:rPr>
        <w:lastRenderedPageBreak/>
        <w:t>Applications</w:t>
      </w:r>
    </w:p>
    <w:p w14:paraId="724F0EEC" w14:textId="77777777" w:rsidR="004C113F" w:rsidRPr="004C113F" w:rsidRDefault="004C113F" w:rsidP="002B19F9">
      <w:pPr>
        <w:rPr>
          <w:rFonts w:ascii="Verdana" w:hAnsi="Verdana"/>
          <w:sz w:val="20"/>
          <w:szCs w:val="20"/>
        </w:rPr>
      </w:pPr>
    </w:p>
    <w:p w14:paraId="1D2BF373" w14:textId="77777777" w:rsidR="004C113F" w:rsidRPr="004C113F" w:rsidRDefault="004C113F" w:rsidP="004C113F">
      <w:pPr>
        <w:pStyle w:val="ListParagraph"/>
        <w:numPr>
          <w:ilvl w:val="0"/>
          <w:numId w:val="10"/>
        </w:numPr>
        <w:ind w:left="284" w:hanging="426"/>
        <w:rPr>
          <w:rFonts w:ascii="Verdana" w:hAnsi="Verdana"/>
        </w:rPr>
      </w:pPr>
      <w:r w:rsidRPr="004C113F">
        <w:rPr>
          <w:rFonts w:ascii="Verdana" w:hAnsi="Verdana"/>
        </w:rPr>
        <w:t>Closing date Wednesday 16 September</w:t>
      </w:r>
    </w:p>
    <w:p w14:paraId="393564B3" w14:textId="13B22B19" w:rsidR="004C113F" w:rsidRDefault="004C113F" w:rsidP="004C113F">
      <w:pPr>
        <w:pStyle w:val="ListParagraph"/>
        <w:numPr>
          <w:ilvl w:val="0"/>
          <w:numId w:val="10"/>
        </w:numPr>
        <w:ind w:left="284" w:hanging="426"/>
        <w:rPr>
          <w:rFonts w:ascii="Verdana" w:hAnsi="Verdana"/>
        </w:rPr>
      </w:pPr>
      <w:r>
        <w:rPr>
          <w:rFonts w:ascii="Verdana" w:hAnsi="Verdana"/>
        </w:rPr>
        <w:t>Pl</w:t>
      </w:r>
      <w:r w:rsidRPr="004C113F">
        <w:rPr>
          <w:rFonts w:ascii="Verdana" w:hAnsi="Verdana"/>
        </w:rPr>
        <w:t>ease submit your CV and a covering letter to</w:t>
      </w:r>
      <w:r>
        <w:rPr>
          <w:rFonts w:ascii="Verdana" w:hAnsi="Verdana"/>
        </w:rPr>
        <w:t xml:space="preserve"> </w:t>
      </w:r>
      <w:hyperlink r:id="rId9" w:history="1">
        <w:r w:rsidR="00D86779" w:rsidRPr="00D95C00">
          <w:rPr>
            <w:rStyle w:val="Hyperlink"/>
            <w:rFonts w:ascii="Verdana" w:hAnsi="Verdana"/>
          </w:rPr>
          <w:t>office@stjohnscolchester.org.uk</w:t>
        </w:r>
      </w:hyperlink>
    </w:p>
    <w:p w14:paraId="0F9FA3EC" w14:textId="53BA4BE8" w:rsidR="00D86779" w:rsidRPr="004C113F" w:rsidRDefault="0091771E" w:rsidP="004C113F">
      <w:pPr>
        <w:pStyle w:val="ListParagraph"/>
        <w:numPr>
          <w:ilvl w:val="0"/>
          <w:numId w:val="10"/>
        </w:numPr>
        <w:ind w:left="284" w:hanging="426"/>
        <w:rPr>
          <w:rFonts w:ascii="Verdana" w:hAnsi="Verdana"/>
        </w:rPr>
      </w:pPr>
      <w:r>
        <w:rPr>
          <w:rFonts w:ascii="Verdana" w:hAnsi="Verdana"/>
        </w:rPr>
        <w:t>Potential Interview date: 28 September</w:t>
      </w:r>
    </w:p>
    <w:p w14:paraId="3F6F4107" w14:textId="77777777" w:rsidR="004C113F" w:rsidRPr="00D86779" w:rsidRDefault="004C113F" w:rsidP="002B19F9">
      <w:pPr>
        <w:rPr>
          <w:rFonts w:ascii="Verdana" w:hAnsi="Verdana"/>
          <w:sz w:val="16"/>
          <w:szCs w:val="16"/>
        </w:rPr>
      </w:pPr>
    </w:p>
    <w:p w14:paraId="6BADDCD6" w14:textId="5B9CC2E2" w:rsidR="002B19F9" w:rsidRDefault="002B19F9" w:rsidP="002B19F9">
      <w:pPr>
        <w:rPr>
          <w:rFonts w:ascii="Verdana" w:hAnsi="Verdana"/>
        </w:rPr>
      </w:pPr>
      <w:r w:rsidRPr="002B19F9">
        <w:rPr>
          <w:rFonts w:ascii="Verdana" w:hAnsi="Verdana"/>
        </w:rPr>
        <w:t xml:space="preserve">For an informal conversation please </w:t>
      </w:r>
      <w:r w:rsidR="0091771E">
        <w:rPr>
          <w:rFonts w:ascii="Verdana" w:hAnsi="Verdana"/>
        </w:rPr>
        <w:t>email</w:t>
      </w:r>
      <w:r w:rsidR="009B181E">
        <w:rPr>
          <w:rFonts w:ascii="Verdana" w:hAnsi="Verdana"/>
        </w:rPr>
        <w:t xml:space="preserve"> </w:t>
      </w:r>
      <w:hyperlink r:id="rId10" w:history="1">
        <w:r w:rsidR="009B181E" w:rsidRPr="00D95C00">
          <w:rPr>
            <w:rStyle w:val="Hyperlink"/>
            <w:rFonts w:ascii="Verdana" w:hAnsi="Verdana"/>
          </w:rPr>
          <w:t>office@stjohnscolchester.org.uk</w:t>
        </w:r>
      </w:hyperlink>
    </w:p>
    <w:p w14:paraId="07FDEEBD" w14:textId="77777777" w:rsidR="002B19F9" w:rsidRPr="002B19F9" w:rsidRDefault="002B19F9" w:rsidP="002B19F9">
      <w:pPr>
        <w:rPr>
          <w:rFonts w:ascii="Verdana" w:hAnsi="Verdana"/>
        </w:rPr>
      </w:pPr>
    </w:p>
    <w:p w14:paraId="17A413ED" w14:textId="77777777" w:rsidR="00B220D2" w:rsidRPr="002031E3" w:rsidRDefault="00B220D2" w:rsidP="00C55088">
      <w:pPr>
        <w:pStyle w:val="ListBullet"/>
        <w:numPr>
          <w:ilvl w:val="0"/>
          <w:numId w:val="0"/>
        </w:numPr>
        <w:ind w:left="360"/>
        <w:rPr>
          <w:rFonts w:ascii="Verdana" w:hAnsi="Verdana"/>
        </w:rPr>
      </w:pPr>
    </w:p>
    <w:sectPr w:rsidR="00B220D2" w:rsidRPr="002031E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72AD5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7503124"/>
    <w:multiLevelType w:val="hybridMultilevel"/>
    <w:tmpl w:val="2AFC5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6201361">
    <w:abstractNumId w:val="8"/>
  </w:num>
  <w:num w:numId="2" w16cid:durableId="714112593">
    <w:abstractNumId w:val="6"/>
  </w:num>
  <w:num w:numId="3" w16cid:durableId="1025445314">
    <w:abstractNumId w:val="5"/>
  </w:num>
  <w:num w:numId="4" w16cid:durableId="1162427949">
    <w:abstractNumId w:val="4"/>
  </w:num>
  <w:num w:numId="5" w16cid:durableId="1953318709">
    <w:abstractNumId w:val="7"/>
  </w:num>
  <w:num w:numId="6" w16cid:durableId="1394889647">
    <w:abstractNumId w:val="3"/>
  </w:num>
  <w:num w:numId="7" w16cid:durableId="1628005016">
    <w:abstractNumId w:val="2"/>
  </w:num>
  <w:num w:numId="8" w16cid:durableId="96565355">
    <w:abstractNumId w:val="1"/>
  </w:num>
  <w:num w:numId="9" w16cid:durableId="1363093889">
    <w:abstractNumId w:val="0"/>
  </w:num>
  <w:num w:numId="10" w16cid:durableId="15078612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31E3"/>
    <w:rsid w:val="0029639D"/>
    <w:rsid w:val="002B19F9"/>
    <w:rsid w:val="00326F90"/>
    <w:rsid w:val="00371FC9"/>
    <w:rsid w:val="00443319"/>
    <w:rsid w:val="004A18F3"/>
    <w:rsid w:val="004C113F"/>
    <w:rsid w:val="00812BEB"/>
    <w:rsid w:val="0091771E"/>
    <w:rsid w:val="009B181E"/>
    <w:rsid w:val="00AA1D8D"/>
    <w:rsid w:val="00B220D2"/>
    <w:rsid w:val="00B27AE0"/>
    <w:rsid w:val="00B47730"/>
    <w:rsid w:val="00C41E2A"/>
    <w:rsid w:val="00C55088"/>
    <w:rsid w:val="00CB0664"/>
    <w:rsid w:val="00D22CD3"/>
    <w:rsid w:val="00D86779"/>
    <w:rsid w:val="00DF42FA"/>
    <w:rsid w:val="00F436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A82AD"/>
  <w14:defaultImageDpi w14:val="300"/>
  <w15:docId w15:val="{37D58A19-C611-1245-9935-3A94F970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2031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2">
    <w:name w:val="p2"/>
    <w:basedOn w:val="Normal"/>
    <w:rsid w:val="002031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B181E"/>
    <w:rPr>
      <w:color w:val="0000FF" w:themeColor="hyperlink"/>
      <w:u w:val="single"/>
    </w:rPr>
  </w:style>
  <w:style w:type="character" w:styleId="UnresolvedMention">
    <w:name w:val="Unresolved Mention"/>
    <w:basedOn w:val="DefaultParagraphFont"/>
    <w:uiPriority w:val="99"/>
    <w:semiHidden/>
    <w:unhideWhenUsed/>
    <w:rsid w:val="009B1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office@stjohnscolchester.org.uk" TargetMode="External"/><Relationship Id="rId4" Type="http://schemas.openxmlformats.org/officeDocument/2006/relationships/customXml" Target="../customXml/item4.xml"/><Relationship Id="rId9" Type="http://schemas.openxmlformats.org/officeDocument/2006/relationships/hyperlink" Target="mailto:office@stjohnscolchest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17093F8EEC184B9C8E4F74DBCC7E69" ma:contentTypeVersion="22" ma:contentTypeDescription="Create a new document." ma:contentTypeScope="" ma:versionID="94fce1a890e74660107746e5341e90ec">
  <xsd:schema xmlns:xsd="http://www.w3.org/2001/XMLSchema" xmlns:xs="http://www.w3.org/2001/XMLSchema" xmlns:p="http://schemas.microsoft.com/office/2006/metadata/properties" xmlns:ns2="ce81b6a0-7691-49e6-96ca-945f32842b5f" xmlns:ns3="acc33839-4e16-474b-9354-a4c6fe1be89b" targetNamespace="http://schemas.microsoft.com/office/2006/metadata/properties" ma:root="true" ma:fieldsID="eeac530fb283ebf76e84750558ca47fd" ns2:_="" ns3:_="">
    <xsd:import namespace="ce81b6a0-7691-49e6-96ca-945f32842b5f"/>
    <xsd:import namespace="acc33839-4e16-474b-9354-a4c6fe1be89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1b6a0-7691-49e6-96ca-945f32842b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354562ed-5a9c-450a-8742-48020d61daaa}" ma:internalName="TaxCatchAll" ma:showField="CatchAllData" ma:web="ce81b6a0-7691-49e6-96ca-945f32842b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c33839-4e16-474b-9354-a4c6fe1be89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9a36e76-155b-4625-bcbe-1b05d0a46e75"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c33839-4e16-474b-9354-a4c6fe1be89b">
      <Terms xmlns="http://schemas.microsoft.com/office/infopath/2007/PartnerControls"/>
    </lcf76f155ced4ddcb4097134ff3c332f>
    <TaxCatchAll xmlns="ce81b6a0-7691-49e6-96ca-945f32842b5f"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35F7CF0-19D9-41D2-8EDF-AAF43A3D71C7}">
  <ds:schemaRefs>
    <ds:schemaRef ds:uri="http://schemas.microsoft.com/sharepoint/v3/contenttype/forms"/>
  </ds:schemaRefs>
</ds:datastoreItem>
</file>

<file path=customXml/itemProps3.xml><?xml version="1.0" encoding="utf-8"?>
<ds:datastoreItem xmlns:ds="http://schemas.openxmlformats.org/officeDocument/2006/customXml" ds:itemID="{CB76A6E0-7611-4F55-8A9C-FA2523EC1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1b6a0-7691-49e6-96ca-945f32842b5f"/>
    <ds:schemaRef ds:uri="acc33839-4e16-474b-9354-a4c6fe1be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21A86B-504A-49D9-A04B-D5D909DDB18A}">
  <ds:schemaRefs>
    <ds:schemaRef ds:uri="http://schemas.microsoft.com/office/2006/metadata/properties"/>
    <ds:schemaRef ds:uri="http://schemas.microsoft.com/office/infopath/2007/PartnerControls"/>
    <ds:schemaRef ds:uri="acc33839-4e16-474b-9354-a4c6fe1be89b"/>
    <ds:schemaRef ds:uri="ce81b6a0-7691-49e6-96ca-945f32842b5f"/>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702</Words>
  <Characters>4182</Characters>
  <Application>Microsoft Office Word</Application>
  <DocSecurity>4</DocSecurity>
  <Lines>116</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Clare Luxton</cp:lastModifiedBy>
  <cp:revision>2</cp:revision>
  <dcterms:created xsi:type="dcterms:W3CDTF">2026-09-01T17:43:00Z</dcterms:created>
  <dcterms:modified xsi:type="dcterms:W3CDTF">2026-09-01T17:43:00Z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0x0101004717093F8EEC184B9C8E4F74DBCC7E69</vt:lpwstr>
  </property>
</Properties>
</file>